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多谱重构 · 勇气登陆</w:t>
      </w:r>
    </w:p>
    <w:p>
      <w:pPr>
        <w:jc w:val="center"/>
      </w:pPr>
      <w:r>
        <w:rPr>
          <w:rFonts w:ascii="黑体" w:hAnsi="黑体" w:eastAsia="黑体"/>
          <w:b/>
          <w:sz w:val="28"/>
        </w:rPr>
        <w:t>家长知情同意书与课程保密协议</w:t>
      </w:r>
    </w:p>
    <w:p>
      <w:pPr>
        <w:jc w:val="center"/>
      </w:pPr>
      <w:r>
        <w:rPr>
          <w:rFonts w:ascii="宋体" w:hAnsi="宋体" w:eastAsia="宋体"/>
          <w:b w:val="0"/>
          <w:color w:val="666666"/>
          <w:sz w:val="20"/>
        </w:rPr>
        <w:t>（一式两份，实验室与家长各执一份；签字生效）</w:t>
      </w:r>
    </w:p>
    <w:p>
      <w:pPr>
        <w:spacing w:after="40" w:line="324" w:lineRule="auto"/>
      </w:pPr>
      <w:r>
        <w:rPr>
          <w:rFonts w:ascii="宋体" w:hAnsi="宋体" w:eastAsia="宋体"/>
          <w:b w:val="0"/>
          <w:sz w:val="22"/>
        </w:rPr>
        <w:t>甲方（办学方）：多谱重构 AI感知实验基地 / 派动实验室</w:t>
      </w:r>
    </w:p>
    <w:p>
      <w:pPr>
        <w:spacing w:after="160" w:line="324" w:lineRule="auto"/>
      </w:pPr>
      <w:r>
        <w:rPr>
          <w:rFonts w:ascii="宋体" w:hAnsi="宋体" w:eastAsia="宋体"/>
          <w:b w:val="0"/>
          <w:sz w:val="22"/>
        </w:rPr>
        <w:t>乙方（学员监护人）：________________  学员姓名：________________</w:t>
      </w:r>
    </w:p>
    <w:p>
      <w:r>
        <w:rPr>
          <w:rFonts w:ascii="黑体" w:hAnsi="黑体" w:eastAsia="黑体"/>
          <w:b/>
          <w:sz w:val="24"/>
        </w:rPr>
        <w:t>第一条  课程性质与培养目标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1.1 本课程以遥控车改装、视觉感知、端到端学习、CNN+PID 与强化学习等为内容，并为 FTC / FRC 储备工程基础。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1.2 课程含真实软硬件联调与试车，学员须遵守安全规范。不承诺必然参赛或获奖。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1.3 引入 AI 编程搭档与智能评估系统，用于提效与因材施教，不替代本人对安全操作与工程理解的掌握。</w:t>
      </w:r>
    </w:p>
    <w:p>
      <w:r>
        <w:rPr>
          <w:rFonts w:ascii="黑体" w:hAnsi="黑体" w:eastAsia="黑体"/>
          <w:b/>
          <w:sz w:val="24"/>
        </w:rPr>
        <w:t>第二条  知情同意与安全责任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2.1 乙方已知悉课程含动手改装、试车、代码调试等内容，存在一般性实践风险；实验室将进行安全提示与现场管理。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2.2 因学员故意或重大过失造成损害的，由乙方依法承担相应责任。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2.3 乙方确认学员身体健康适合参加；特殊情况应提前书面告知。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2.4 乙方同意在合理范围内用于招生/教学展示的活动照片（不含完整源码屏幕）；不同意肖像公开请勾选签署栏。</w:t>
      </w:r>
    </w:p>
    <w:p>
      <w:r>
        <w:rPr>
          <w:rFonts w:ascii="黑体" w:hAnsi="黑体" w:eastAsia="黑体"/>
          <w:b/>
          <w:sz w:val="24"/>
        </w:rPr>
        <w:t>第三条  课程资产与保密义务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3.1 课件、脚本、权重、数据集、赛队策略等课程资产权益归实验室所有（开源第三方组件除外）。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3.2 禁止复制传播、上传网盘/公开仓库、出售交换完整课程资产；禁止将未公开课件/工程包/权重上传公共 AI。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3.3 允许拍摄成品车外观与跑圈短视频（不含源码）；升学材料可作概括性描述，不得附未公开原文。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3.4 结营或离队时应删除未授权拷贝；实验室有权回收账号。违规可取消学籍并依法追责。</w:t>
      </w:r>
    </w:p>
    <w:p>
      <w:r>
        <w:rPr>
          <w:rFonts w:ascii="黑体" w:hAnsi="黑体" w:eastAsia="黑体"/>
          <w:b/>
          <w:sz w:val="24"/>
        </w:rPr>
        <w:t>第四条  其他</w:t>
      </w:r>
    </w:p>
    <w:p>
      <w:pPr>
        <w:spacing w:after="120" w:line="324" w:lineRule="auto"/>
        <w:ind w:firstLine="420"/>
      </w:pPr>
      <w:r>
        <w:rPr>
          <w:rFonts w:ascii="宋体" w:hAnsi="宋体" w:eastAsia="宋体"/>
          <w:b w:val="0"/>
          <w:sz w:val="22"/>
        </w:rPr>
        <w:t>4.1 学费与退费以当期招生简章为准。本协议自双方签字之日起生效。</w:t>
      </w:r>
    </w:p>
    <w:p>
      <w:r>
        <w:rPr>
          <w:rFonts w:ascii="宋体" w:hAnsi="宋体" w:eastAsia="宋体"/>
          <w:b w:val="0"/>
          <w:sz w:val="21"/>
        </w:rPr>
        <w:t>□ 已理解课程含真实改装与排障，不承诺参赛名次。</w:t>
      </w:r>
    </w:p>
    <w:p>
      <w:r>
        <w:rPr>
          <w:rFonts w:ascii="宋体" w:hAnsi="宋体" w:eastAsia="宋体"/>
          <w:b w:val="0"/>
          <w:sz w:val="21"/>
        </w:rPr>
        <w:t>□ 已阅读并同意保密义务，理解代码与课件不得外传、不得上传公共 AI。</w:t>
      </w:r>
    </w:p>
    <w:p>
      <w:r>
        <w:rPr>
          <w:rFonts w:ascii="宋体" w:hAnsi="宋体" w:eastAsia="宋体"/>
          <w:b w:val="0"/>
          <w:sz w:val="21"/>
        </w:rPr>
        <w:t>□ 已如实告知健康与特殊情况（如无则写「无」）。</w:t>
      </w:r>
    </w:p>
    <w:p>
      <w:pPr>
        <w:spacing w:after="80" w:line="360" w:lineRule="auto"/>
      </w:pPr>
      <w:r>
        <w:rPr>
          <w:rFonts w:ascii="宋体" w:hAnsi="宋体" w:eastAsia="宋体"/>
          <w:b w:val="0"/>
          <w:sz w:val="22"/>
        </w:rPr>
        <w:t>特殊健康说明： ________________________________________</w:t>
      </w:r>
    </w:p>
    <w:p>
      <w:pPr>
        <w:spacing w:after="120" w:line="324" w:lineRule="auto"/>
      </w:pPr>
      <w:r>
        <w:rPr>
          <w:rFonts w:ascii="宋体" w:hAnsi="宋体" w:eastAsia="宋体"/>
          <w:b w:val="0"/>
          <w:sz w:val="22"/>
        </w:rPr>
        <w:t>甲方签章：________________    日期：____年__月__日</w:t>
      </w:r>
    </w:p>
    <w:p>
      <w:pPr>
        <w:spacing w:after="120" w:line="324" w:lineRule="auto"/>
      </w:pPr>
      <w:r>
        <w:rPr>
          <w:rFonts w:ascii="宋体" w:hAnsi="宋体" w:eastAsia="宋体"/>
          <w:b w:val="0"/>
          <w:sz w:val="22"/>
        </w:rPr>
        <w:t>乙方（家长）签名：____________    日期：____年__月__日</w:t>
      </w:r>
    </w:p>
    <w:p>
      <w:pPr>
        <w:spacing w:after="120" w:line="324" w:lineRule="auto"/>
      </w:pPr>
      <w:r>
        <w:rPr>
          <w:rFonts w:ascii="宋体" w:hAnsi="宋体" w:eastAsia="宋体"/>
          <w:b w:val="0"/>
          <w:sz w:val="22"/>
        </w:rPr>
        <w:t>学员签名：____________________    日期：____年__月__日</w:t>
      </w:r>
    </w:p>
    <w:p>
      <w:pPr>
        <w:spacing w:after="120" w:line="324" w:lineRule="auto"/>
      </w:pPr>
      <w:r>
        <w:rPr>
          <w:rFonts w:ascii="宋体" w:hAnsi="宋体" w:eastAsia="宋体"/>
          <w:b w:val="0"/>
          <w:sz w:val="22"/>
        </w:rPr>
        <w:t>肖像公开：□同意用于招生/教学展示    □不同意肖像公开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