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FCF" w:rsidRDefault="003A4A92">
      <w:pPr>
        <w:jc w:val="center"/>
        <w:rPr>
          <w:lang w:eastAsia="zh-CN"/>
        </w:rPr>
      </w:pPr>
      <w:r>
        <w:rPr>
          <w:rFonts w:ascii="黑体" w:eastAsia="黑体" w:hAnsi="黑体"/>
          <w:b/>
          <w:sz w:val="36"/>
          <w:lang w:eastAsia="zh-CN"/>
        </w:rPr>
        <w:t>派动</w:t>
      </w:r>
      <w:bookmarkStart w:id="0" w:name="_GoBack"/>
      <w:bookmarkEnd w:id="0"/>
      <w:r>
        <w:rPr>
          <w:rFonts w:ascii="黑体" w:eastAsia="黑体" w:hAnsi="黑体"/>
          <w:b/>
          <w:sz w:val="36"/>
          <w:lang w:eastAsia="zh-CN"/>
        </w:rPr>
        <w:t>实验室·</w:t>
      </w:r>
      <w:r w:rsidR="003D5C9C">
        <w:rPr>
          <w:rFonts w:ascii="黑体" w:eastAsia="黑体" w:hAnsi="黑体"/>
          <w:b/>
          <w:sz w:val="36"/>
          <w:lang w:eastAsia="zh-CN"/>
        </w:rPr>
        <w:t>勇气登陆</w:t>
      </w:r>
    </w:p>
    <w:p w:rsidR="00DB7FCF" w:rsidRDefault="003A4A92">
      <w:pPr>
        <w:jc w:val="center"/>
        <w:rPr>
          <w:lang w:eastAsia="zh-CN"/>
        </w:rPr>
      </w:pPr>
      <w:r>
        <w:rPr>
          <w:rFonts w:ascii="黑体" w:eastAsia="黑体" w:hAnsi="黑体"/>
          <w:b/>
          <w:sz w:val="28"/>
          <w:lang w:eastAsia="zh-CN"/>
        </w:rPr>
        <w:t>项目</w:t>
      </w:r>
      <w:r w:rsidR="003D5C9C">
        <w:rPr>
          <w:rFonts w:ascii="黑体" w:eastAsia="黑体" w:hAnsi="黑体"/>
          <w:b/>
          <w:sz w:val="28"/>
          <w:lang w:eastAsia="zh-CN"/>
        </w:rPr>
        <w:t>报名表</w:t>
      </w:r>
    </w:p>
    <w:p w:rsidR="00DB7FCF" w:rsidRDefault="003A4A92">
      <w:pPr>
        <w:spacing w:after="240"/>
        <w:jc w:val="center"/>
        <w:rPr>
          <w:lang w:eastAsia="zh-CN"/>
        </w:rPr>
      </w:pPr>
      <w:r>
        <w:rPr>
          <w:rFonts w:ascii="宋体" w:eastAsia="宋体" w:hAnsi="宋体"/>
          <w:color w:val="666666"/>
          <w:sz w:val="20"/>
          <w:lang w:eastAsia="zh-CN"/>
        </w:rPr>
        <w:t>（请正楷填写；</w:t>
      </w:r>
      <w:r w:rsidR="003D5C9C">
        <w:rPr>
          <w:rFonts w:ascii="宋体" w:eastAsia="宋体" w:hAnsi="宋体"/>
          <w:color w:val="666666"/>
          <w:sz w:val="20"/>
          <w:lang w:eastAsia="zh-CN"/>
        </w:rPr>
        <w:t>报名后需参加动手摸底 / 面谈）</w:t>
      </w:r>
    </w:p>
    <w:p w:rsidR="00DB7FCF" w:rsidRDefault="003D5C9C">
      <w:pPr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一、基本信息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学员姓名： __________________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性别：________    出生年月： 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就读学校： __________________________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年级：________ 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家长姓名： __________________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与学员关系： ______________________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联系电话： ______________________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备用电话： ______________________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微信号 / 邮箱： ________________________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常住区域： __________________________</w:t>
      </w:r>
    </w:p>
    <w:p w:rsidR="00DB7FCF" w:rsidRDefault="003D5C9C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意向级别（可多选，最终以摸底结果定级）：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勇气登陆 · 16 堂</w:t>
      </w:r>
      <w:proofErr w:type="gramStart"/>
      <w:r>
        <w:rPr>
          <w:rFonts w:ascii="宋体" w:eastAsia="宋体" w:hAnsi="宋体"/>
          <w:sz w:val="21"/>
          <w:lang w:eastAsia="zh-CN"/>
        </w:rPr>
        <w:t>课智驾挑战营</w:t>
      </w:r>
      <w:proofErr w:type="gramEnd"/>
      <w:r>
        <w:rPr>
          <w:rFonts w:ascii="宋体" w:eastAsia="宋体" w:hAnsi="宋体"/>
          <w:sz w:val="21"/>
          <w:lang w:eastAsia="zh-CN"/>
        </w:rPr>
        <w:t>（改装 + 端到端 / CNN+PID + 强化学习）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星际号 · 自主机器人实训营（动力 / PID / 底盘）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火星拓荒 · 深空物联网感知营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FTC 预备 / 赛季队（选拔制）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暂不确定，希望由导师建议</w:t>
      </w:r>
    </w:p>
    <w:p w:rsidR="00DB7FCF" w:rsidRDefault="003D5C9C">
      <w:pPr>
        <w:spacing w:before="20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二、兴趣爱好与动机</w:t>
      </w:r>
    </w:p>
    <w:p w:rsidR="00DB7FCF" w:rsidRDefault="003D5C9C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最感兴趣的方向（可多选）：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机械结构 / 动手改装、拆装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电子电路 / 接线与电控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编程与算法（Python / Scratch / C 等）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人工智能 / 自动驾驶 / 机器视觉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机器人赛事（FTC / FRC / 其他）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工程记录、答辩表达、团队协作</w:t>
      </w:r>
    </w:p>
    <w:p w:rsidR="00DB7FCF" w:rsidRDefault="003D5C9C">
      <w:pPr>
        <w:spacing w:after="80" w:line="324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lastRenderedPageBreak/>
        <w:t>请用 3–5 句话描述：为什么想来？平时喜欢拆什么、做什么？遇到不会的问题通常怎么处理？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 ____________________________________________________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 ____________________________________________________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 ____________________________________________________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 ____________________________________________________</w:t>
      </w:r>
    </w:p>
    <w:p w:rsidR="00DB7FCF" w:rsidRDefault="003D5C9C">
      <w:pPr>
        <w:spacing w:before="20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三、动手与工具操作能力</w:t>
      </w:r>
    </w:p>
    <w:p w:rsidR="00DB7FCF" w:rsidRDefault="003D5C9C">
      <w:pPr>
        <w:spacing w:before="160" w:after="80"/>
        <w:rPr>
          <w:lang w:eastAsia="zh-CN"/>
        </w:rPr>
      </w:pPr>
      <w:proofErr w:type="gramStart"/>
      <w:r>
        <w:rPr>
          <w:rFonts w:ascii="黑体" w:eastAsia="黑体" w:hAnsi="黑体"/>
          <w:b/>
          <w:sz w:val="24"/>
          <w:lang w:eastAsia="zh-CN"/>
        </w:rPr>
        <w:t>以下能力</w:t>
      </w:r>
      <w:proofErr w:type="gramEnd"/>
      <w:r>
        <w:rPr>
          <w:rFonts w:ascii="黑体" w:eastAsia="黑体" w:hAnsi="黑体"/>
          <w:b/>
          <w:sz w:val="24"/>
          <w:lang w:eastAsia="zh-CN"/>
        </w:rPr>
        <w:t>自评（请</w:t>
      </w:r>
      <w:proofErr w:type="gramStart"/>
      <w:r>
        <w:rPr>
          <w:rFonts w:ascii="黑体" w:eastAsia="黑体" w:hAnsi="黑体"/>
          <w:b/>
          <w:sz w:val="24"/>
          <w:lang w:eastAsia="zh-CN"/>
        </w:rPr>
        <w:t>勾选符合项</w:t>
      </w:r>
      <w:proofErr w:type="gramEnd"/>
      <w:r>
        <w:rPr>
          <w:rFonts w:ascii="黑体" w:eastAsia="黑体" w:hAnsi="黑体"/>
          <w:b/>
          <w:sz w:val="24"/>
          <w:lang w:eastAsia="zh-CN"/>
        </w:rPr>
        <w:t>）：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能规范使用螺丝刀、内六角扳手、剥线钳等基础工具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知道实验需注意护目、防短路、电池与电机安全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能分清电源正负极、GND、舵机信号线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有理线、固定支架、拧螺丝不滑丝的耐心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曾完成过：四驱/航模/乐高机械组/简易电路（请在下方注明）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以上多数尚未接触，但愿意从零学起并接受摸底任务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相关动手经历说明： ________________________________________</w:t>
      </w:r>
    </w:p>
    <w:p w:rsidR="00DB7FCF" w:rsidRDefault="003D5C9C">
      <w:pPr>
        <w:spacing w:before="20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四、电子与物理基础素养</w:t>
      </w:r>
    </w:p>
    <w:p w:rsidR="00DB7FCF" w:rsidRDefault="003D5C9C">
      <w:pPr>
        <w:spacing w:before="160" w:after="80"/>
        <w:rPr>
          <w:lang w:eastAsia="zh-CN"/>
        </w:rPr>
      </w:pPr>
      <w:proofErr w:type="gramStart"/>
      <w:r>
        <w:rPr>
          <w:rFonts w:ascii="黑体" w:eastAsia="黑体" w:hAnsi="黑体"/>
          <w:b/>
          <w:sz w:val="24"/>
          <w:lang w:eastAsia="zh-CN"/>
        </w:rPr>
        <w:t>请勾选学员</w:t>
      </w:r>
      <w:proofErr w:type="gramEnd"/>
      <w:r>
        <w:rPr>
          <w:rFonts w:ascii="黑体" w:eastAsia="黑体" w:hAnsi="黑体"/>
          <w:b/>
          <w:sz w:val="24"/>
          <w:lang w:eastAsia="zh-CN"/>
        </w:rPr>
        <w:t>目前具备的认识：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理解闭合回路；知道短路有危险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知道电池有电压概念，不能随意混</w:t>
      </w:r>
      <w:proofErr w:type="gramStart"/>
      <w:r>
        <w:rPr>
          <w:rFonts w:ascii="宋体" w:eastAsia="宋体" w:hAnsi="宋体"/>
          <w:sz w:val="21"/>
          <w:lang w:eastAsia="zh-CN"/>
        </w:rPr>
        <w:t>接不同</w:t>
      </w:r>
      <w:proofErr w:type="gramEnd"/>
      <w:r>
        <w:rPr>
          <w:rFonts w:ascii="宋体" w:eastAsia="宋体" w:hAnsi="宋体"/>
          <w:sz w:val="21"/>
          <w:lang w:eastAsia="zh-CN"/>
        </w:rPr>
        <w:t>电压模块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理解舵机负责转向、电机负责动力的基本分工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知道摩擦、惯性会影响小车循迹与刹车表现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 xml:space="preserve">□ 听得懂「PWM 脉宽变大 → </w:t>
      </w:r>
      <w:r w:rsidR="003A4A92">
        <w:rPr>
          <w:rFonts w:ascii="宋体" w:eastAsia="宋体" w:hAnsi="宋体"/>
          <w:sz w:val="21"/>
          <w:lang w:eastAsia="zh-CN"/>
        </w:rPr>
        <w:t>舵机转角更大」这类物理</w:t>
      </w:r>
      <w:r>
        <w:rPr>
          <w:rFonts w:ascii="宋体" w:eastAsia="宋体" w:hAnsi="宋体"/>
          <w:sz w:val="21"/>
          <w:lang w:eastAsia="zh-CN"/>
        </w:rPr>
        <w:t>说明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尚不熟悉，但愿意在课堂中建立上述直觉</w:t>
      </w:r>
    </w:p>
    <w:p w:rsidR="00DB7FCF" w:rsidRDefault="003D5C9C">
      <w:pPr>
        <w:spacing w:before="20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五、逻辑与计算基础</w:t>
      </w:r>
    </w:p>
    <w:p w:rsidR="00DB7FCF" w:rsidRDefault="003D5C9C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编程与电脑使用：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会基本打字、建文件夹、复制文件路径，不怕英文界面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理解「如果…就…」、循环、变量等基本逻辑</w:t>
      </w:r>
    </w:p>
    <w:p w:rsidR="00DB7FCF" w:rsidRDefault="003D5C9C">
      <w:pPr>
        <w:spacing w:after="40"/>
        <w:ind w:left="227"/>
      </w:pPr>
      <w:r>
        <w:rPr>
          <w:rFonts w:ascii="宋体" w:eastAsia="宋体" w:hAnsi="宋体"/>
          <w:sz w:val="21"/>
        </w:rPr>
        <w:t xml:space="preserve">□ </w:t>
      </w:r>
      <w:proofErr w:type="spellStart"/>
      <w:r>
        <w:rPr>
          <w:rFonts w:ascii="宋体" w:eastAsia="宋体" w:hAnsi="宋体"/>
          <w:sz w:val="21"/>
        </w:rPr>
        <w:t>接触过</w:t>
      </w:r>
      <w:proofErr w:type="spellEnd"/>
      <w:r>
        <w:rPr>
          <w:rFonts w:ascii="宋体" w:eastAsia="宋体" w:hAnsi="宋体"/>
          <w:sz w:val="21"/>
        </w:rPr>
        <w:t xml:space="preserve"> Scratch / Python / C / Java / Blocks 等（请注明）</w:t>
      </w:r>
    </w:p>
    <w:p w:rsidR="00DB7FCF" w:rsidRDefault="003D5C9C">
      <w:pPr>
        <w:spacing w:after="40"/>
        <w:ind w:left="227"/>
      </w:pPr>
      <w:r>
        <w:rPr>
          <w:rFonts w:ascii="宋体" w:eastAsia="宋体" w:hAnsi="宋体"/>
          <w:sz w:val="21"/>
        </w:rPr>
        <w:t>□ 零编程基础，但数学/几何逻辑较好，接受编程爬坡</w:t>
      </w:r>
    </w:p>
    <w:p w:rsidR="00DB7FCF" w:rsidRDefault="003D5C9C">
      <w:pPr>
        <w:spacing w:after="80" w:line="360" w:lineRule="auto"/>
      </w:pPr>
      <w:r>
        <w:rPr>
          <w:rFonts w:ascii="宋体" w:eastAsia="宋体" w:hAnsi="宋体"/>
        </w:rPr>
        <w:t>编程学习时长或代表作品（可选）： ________________________________</w:t>
      </w:r>
    </w:p>
    <w:p w:rsidR="00DB7FCF" w:rsidRDefault="003D5C9C">
      <w:pPr>
        <w:spacing w:before="20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六、AI 编程工具与智能评估（知情勾选）</w:t>
      </w:r>
    </w:p>
    <w:p w:rsidR="00DB7FCF" w:rsidRDefault="003D5C9C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lastRenderedPageBreak/>
        <w:t>同意并理解以下安排：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算法/编程环节可在导师规范下使用 AI 编程工具（</w:t>
      </w:r>
      <w:r w:rsidR="003A4A92">
        <w:rPr>
          <w:rFonts w:ascii="宋体" w:eastAsia="宋体" w:hAnsi="宋体"/>
          <w:sz w:val="21"/>
          <w:lang w:eastAsia="zh-CN"/>
        </w:rPr>
        <w:t xml:space="preserve">Cursor / Codex </w:t>
      </w:r>
      <w:r>
        <w:rPr>
          <w:rFonts w:ascii="宋体" w:eastAsia="宋体" w:hAnsi="宋体"/>
          <w:sz w:val="21"/>
          <w:lang w:eastAsia="zh-CN"/>
        </w:rPr>
        <w:t>等）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使用 AI 时须能解释代码作用；禁止整段盲贴；禁止把未公开课件上传公共 AI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同意使用智能评估系统记录进度与卡点，用于针对性补强与家长阶段报告</w:t>
      </w:r>
    </w:p>
    <w:p w:rsidR="00DB7FCF" w:rsidRDefault="003D5C9C">
      <w:pPr>
        <w:spacing w:before="20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七、</w:t>
      </w:r>
      <w:proofErr w:type="gramStart"/>
      <w:r>
        <w:rPr>
          <w:rFonts w:ascii="黑体" w:eastAsia="黑体" w:hAnsi="黑体"/>
          <w:b/>
          <w:sz w:val="24"/>
          <w:lang w:eastAsia="zh-CN"/>
        </w:rPr>
        <w:t>抗挫力与</w:t>
      </w:r>
      <w:proofErr w:type="gramEnd"/>
      <w:r>
        <w:rPr>
          <w:rFonts w:ascii="黑体" w:eastAsia="黑体" w:hAnsi="黑体"/>
          <w:b/>
          <w:sz w:val="24"/>
          <w:lang w:eastAsia="zh-CN"/>
        </w:rPr>
        <w:t>团队协作</w:t>
      </w:r>
    </w:p>
    <w:p w:rsidR="00DB7FCF" w:rsidRDefault="003D5C9C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家长与学员共同确认：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理解调试中大量时间用于排障，能接受连续报错与反复试车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愿意小组分工（机械 / 电控 / 算法 / 记录）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同意书写工程调试记录</w:t>
      </w:r>
    </w:p>
    <w:p w:rsidR="00DB7FCF" w:rsidRDefault="003D5C9C">
      <w:pPr>
        <w:spacing w:after="40"/>
        <w:ind w:left="227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□ 可保证约定课时出勤；请假将提前沟通</w:t>
      </w:r>
    </w:p>
    <w:p w:rsidR="00DB7FCF" w:rsidRDefault="003A4A92">
      <w:pPr>
        <w:spacing w:before="20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八、时间与入组</w:t>
      </w:r>
      <w:r w:rsidR="003D5C9C">
        <w:rPr>
          <w:rFonts w:ascii="黑体" w:eastAsia="黑体" w:hAnsi="黑体"/>
          <w:b/>
          <w:sz w:val="24"/>
          <w:lang w:eastAsia="zh-CN"/>
        </w:rPr>
        <w:t>信息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可参加时段： ____________________________________</w:t>
      </w:r>
    </w:p>
    <w:p w:rsidR="00DB7FCF" w:rsidRDefault="003A4A92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每周可</w:t>
      </w:r>
      <w:proofErr w:type="gramStart"/>
      <w:r>
        <w:rPr>
          <w:rFonts w:ascii="宋体" w:eastAsia="宋体" w:hAnsi="宋体"/>
          <w:lang w:eastAsia="zh-CN"/>
        </w:rPr>
        <w:t>投入组</w:t>
      </w:r>
      <w:proofErr w:type="gramEnd"/>
      <w:r>
        <w:rPr>
          <w:rFonts w:ascii="宋体" w:eastAsia="宋体" w:hAnsi="宋体"/>
          <w:lang w:eastAsia="zh-CN"/>
        </w:rPr>
        <w:t>外</w:t>
      </w:r>
      <w:r w:rsidR="003D5C9C">
        <w:rPr>
          <w:rFonts w:ascii="宋体" w:eastAsia="宋体" w:hAnsi="宋体"/>
          <w:lang w:eastAsia="zh-CN"/>
        </w:rPr>
        <w:t>练习时间（小时）： __________________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如何得知本营： ____________________________</w:t>
      </w:r>
    </w:p>
    <w:p w:rsidR="00DB7FCF" w:rsidRDefault="003D5C9C">
      <w:pPr>
        <w:spacing w:before="24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九、报名声明</w:t>
      </w:r>
    </w:p>
    <w:p w:rsidR="00DB7FCF" w:rsidRDefault="003A4A92">
      <w:pPr>
        <w:spacing w:after="120" w:line="324" w:lineRule="auto"/>
        <w:ind w:firstLine="420"/>
        <w:rPr>
          <w:lang w:eastAsia="zh-CN"/>
        </w:rPr>
      </w:pPr>
      <w:r>
        <w:rPr>
          <w:rFonts w:ascii="宋体" w:eastAsia="宋体" w:hAnsi="宋体"/>
          <w:lang w:eastAsia="zh-CN"/>
        </w:rPr>
        <w:t>本人确认以上信息真实。已阅读并同意另行签署《家长知情同意书与</w:t>
      </w:r>
      <w:r w:rsidR="003D5C9C">
        <w:rPr>
          <w:rFonts w:ascii="宋体" w:eastAsia="宋体" w:hAnsi="宋体"/>
          <w:lang w:eastAsia="zh-CN"/>
        </w:rPr>
        <w:t>保密协议》。理解入营需通过动手摸底/面谈，实验室有</w:t>
      </w:r>
      <w:r>
        <w:rPr>
          <w:rFonts w:ascii="宋体" w:eastAsia="宋体" w:hAnsi="宋体"/>
          <w:lang w:eastAsia="zh-CN"/>
        </w:rPr>
        <w:t>权根据安全、进度与班级匹配情况调整</w:t>
      </w:r>
      <w:r w:rsidR="003D5C9C">
        <w:rPr>
          <w:rFonts w:ascii="宋体" w:eastAsia="宋体" w:hAnsi="宋体"/>
          <w:lang w:eastAsia="zh-CN"/>
        </w:rPr>
        <w:t>。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学员签名：________________  日期： ____________</w:t>
      </w:r>
    </w:p>
    <w:p w:rsidR="00DB7FCF" w:rsidRDefault="003D5C9C">
      <w:pPr>
        <w:spacing w:after="80" w:line="360" w:lineRule="auto"/>
        <w:rPr>
          <w:lang w:eastAsia="zh-CN"/>
        </w:rPr>
      </w:pPr>
      <w:r>
        <w:rPr>
          <w:rFonts w:ascii="宋体" w:eastAsia="宋体" w:hAnsi="宋体"/>
          <w:lang w:eastAsia="zh-CN"/>
        </w:rPr>
        <w:t>家长/监护人签名：__________  日期： ____________</w:t>
      </w:r>
    </w:p>
    <w:p w:rsidR="00DB7FCF" w:rsidRDefault="003D5C9C">
      <w:pPr>
        <w:spacing w:before="280"/>
        <w:rPr>
          <w:lang w:eastAsia="zh-CN"/>
        </w:rPr>
      </w:pPr>
      <w:r>
        <w:rPr>
          <w:rFonts w:ascii="宋体" w:eastAsia="宋体" w:hAnsi="宋体"/>
          <w:color w:val="444444"/>
          <w:sz w:val="18"/>
          <w:lang w:eastAsia="zh-CN"/>
        </w:rPr>
        <w:t>【实验室填写】摸底结果：□通过  □建议观察  □暂缓  导师签字：________  日期：________</w:t>
      </w:r>
    </w:p>
    <w:sectPr w:rsidR="00DB7FCF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4A92"/>
    <w:rsid w:val="003D5C9C"/>
    <w:rsid w:val="00AA1D8D"/>
    <w:rsid w:val="00B47730"/>
    <w:rsid w:val="00CB0664"/>
    <w:rsid w:val="00CD0BCD"/>
    <w:rsid w:val="00DB7F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7B05182-7698-4154-A18F-DEB6DCF91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8B5AAA-6C83-40B3-AFDE-E1F2C29DE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帐户</cp:lastModifiedBy>
  <cp:revision>3</cp:revision>
  <dcterms:created xsi:type="dcterms:W3CDTF">2013-12-23T23:15:00Z</dcterms:created>
  <dcterms:modified xsi:type="dcterms:W3CDTF">2026-10-01T14:51:00Z</dcterms:modified>
  <cp:category/>
</cp:coreProperties>
</file>